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40"/>
        </w:rPr>
        <w:t>FIRST LAST, CREDENTIALS</w:t>
      </w:r>
    </w:p>
    <w:p>
      <w:pPr>
        <w:spacing w:after="200"/>
        <w:jc w:val="center"/>
      </w:pPr>
      <w:r>
        <w:rPr>
          <w:b w:val="0"/>
          <w:i w:val="0"/>
          <w:color w:val="5C5052"/>
          <w:sz w:val="20"/>
        </w:rPr>
        <w:t>City, State  |  (555) 555-5555  |  you@email.com  |  linkedin.com/in/yourname</w:t>
      </w:r>
    </w:p>
    <w:p>
      <w:pPr>
        <w:spacing w:after="20"/>
        <w:jc w:val="center"/>
      </w:pPr>
      <w:r>
        <w:rPr>
          <w:b/>
          <w:i w:val="0"/>
          <w:sz w:val="26"/>
        </w:rPr>
        <w:t>TARGET JOB TITLE</w:t>
      </w:r>
    </w:p>
    <w:p>
      <w:pPr>
        <w:spacing w:after="80"/>
        <w:jc w:val="center"/>
      </w:pPr>
      <w:r>
        <w:rPr>
          <w:b w:val="0"/>
          <w:i w:val="0"/>
          <w:color w:val="5C5052"/>
          <w:sz w:val="20"/>
        </w:rPr>
        <w:t>Keyword  |  Keyword  |  Keyword (copy these from the job description)</w:t>
      </w:r>
    </w:p>
    <w:p>
      <w:pPr>
        <w:spacing w:after="80" w:before="200"/>
        <w:pBdr>
          <w:bottom w:val="single" w:sz="8" w:space="1" w:color="D9C3B5"/>
        </w:pBdr>
      </w:pPr>
      <w:r>
        <w:rPr>
          <w:b/>
          <w:i w:val="0"/>
          <w:color w:val="8B2232"/>
          <w:sz w:val="22"/>
        </w:rPr>
        <w:t>SUMMARY</w:t>
      </w:r>
    </w:p>
    <w:p>
      <w:r>
        <w:rPr>
          <w:b w:val="0"/>
          <w:i w:val="0"/>
        </w:rPr>
        <w:t>[A few powerful adjectives] professional with expertise in [your areas of expertise]. Proven history of [the greatest value you bring, such as "accelerating customer retention"] in [the kind of environment where you thrive]. Passion for [your passion], with strong communication skills leveraged to [how you help your team or customers succeed].</w:t>
      </w:r>
    </w:p>
    <w:p>
      <w:pPr>
        <w:spacing w:after="80" w:before="200"/>
        <w:pBdr>
          <w:bottom w:val="single" w:sz="8" w:space="1" w:color="D9C3B5"/>
        </w:pBdr>
      </w:pPr>
      <w:r>
        <w:rPr>
          <w:b/>
          <w:i w:val="0"/>
          <w:color w:val="8B2232"/>
          <w:sz w:val="22"/>
        </w:rPr>
        <w:t>CORE COMPETENCIES</w:t>
      </w:r>
    </w:p>
    <w:p>
      <w:r>
        <w:rPr>
          <w:b w:val="0"/>
          <w:i w:val="0"/>
        </w:rPr>
        <w:t>Skill from job post  |  Skill from job post  |  Skill from job post  |  Skill from job post  |  Skill from job post  |  Skill from job post</w:t>
      </w:r>
    </w:p>
    <w:p>
      <w:pPr>
        <w:spacing w:after="40"/>
      </w:pPr>
      <w:r>
        <w:rPr>
          <w:b w:val="0"/>
          <w:i w:val="0"/>
        </w:rPr>
        <w:t>Technical proficiencies include [Tool], [Tool], [Software], and [Software].</w:t>
      </w:r>
    </w:p>
    <w:p>
      <w:pPr>
        <w:spacing w:after="80" w:before="200"/>
        <w:pBdr>
          <w:bottom w:val="single" w:sz="8" w:space="1" w:color="D9C3B5"/>
        </w:pBdr>
      </w:pPr>
      <w:r>
        <w:rPr>
          <w:b/>
          <w:i w:val="0"/>
          <w:color w:val="8B2232"/>
          <w:sz w:val="22"/>
        </w:rPr>
        <w:t>PROFESSIONAL EXPERIENCE</w:t>
      </w:r>
    </w:p>
    <w:p>
      <w:pPr>
        <w:tabs>
          <w:tab w:pos="10080" w:val="right"/>
        </w:tabs>
        <w:spacing w:before="120" w:after="20"/>
      </w:pPr>
      <w:r>
        <w:rPr>
          <w:b/>
        </w:rPr>
        <w:t>Job Title</w:t>
      </w:r>
      <w:r>
        <w:t>, Company Name, City, State</w:t>
      </w:r>
      <w:r>
        <w:tab/>
        <w:t>Month Year to Present</w:t>
      </w:r>
    </w:p>
    <w:p>
      <w:pPr>
        <w:spacing w:after="40"/>
      </w:pPr>
      <w:r>
        <w:rPr>
          <w:b w:val="0"/>
          <w:i/>
          <w:color w:val="5C5052"/>
        </w:rPr>
        <w:t>One line on your scope: team size, budget, territory, or what the role owns.</w:t>
      </w:r>
    </w:p>
    <w:p>
      <w:pPr>
        <w:pStyle w:val="ListBullet"/>
        <w:spacing w:after="40"/>
      </w:pPr>
      <w:r>
        <w:t>Strong verb + what you did + the result, with a number (e.g., Grew qualified leads 62% in 12 months by rebuilding the content strategy)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tabs>
          <w:tab w:pos="10080" w:val="right"/>
        </w:tabs>
        <w:spacing w:before="120" w:after="20"/>
      </w:pPr>
      <w:r>
        <w:rPr>
          <w:b/>
        </w:rPr>
        <w:t>Job Title</w:t>
      </w:r>
      <w:r>
        <w:t>, Company Name, City, State</w:t>
      </w:r>
      <w:r>
        <w:tab/>
        <w:t>Month Year to Month Year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pStyle w:val="ListBullet"/>
        <w:spacing w:after="40"/>
      </w:pPr>
      <w:r>
        <w:t>Strong verb + what you did + the result, with a number</w:t>
      </w:r>
    </w:p>
    <w:p>
      <w:pPr>
        <w:spacing w:before="80"/>
      </w:pPr>
      <w:r>
        <w:rPr>
          <w:b w:val="0"/>
          <w:i/>
          <w:color w:val="5C5052"/>
        </w:rPr>
        <w:t>Earlier Career: Job Title, Company Name  |  Job Title, Company Name</w:t>
      </w:r>
    </w:p>
    <w:p>
      <w:pPr>
        <w:spacing w:after="80" w:before="200"/>
        <w:pBdr>
          <w:bottom w:val="single" w:sz="8" w:space="1" w:color="D9C3B5"/>
        </w:pBdr>
      </w:pPr>
      <w:r>
        <w:rPr>
          <w:b/>
          <w:i w:val="0"/>
          <w:color w:val="8B2232"/>
          <w:sz w:val="22"/>
        </w:rPr>
        <w:t>EDUCATION &amp; CERTIFICATIONS</w:t>
      </w:r>
    </w:p>
    <w:p>
      <w:r>
        <w:rPr>
          <w:b w:val="0"/>
          <w:i w:val="0"/>
        </w:rPr>
        <w:t>Degree Name, School Name, City, State</w:t>
      </w:r>
    </w:p>
    <w:p>
      <w:r>
        <w:rPr>
          <w:b w:val="0"/>
          <w:i w:val="0"/>
        </w:rPr>
        <w:t>Certification or License Name, Issuing Organization</w:t>
      </w:r>
    </w:p>
    <w:p>
      <w:pPr>
        <w:spacing w:after="80" w:before="200"/>
        <w:pBdr>
          <w:bottom w:val="single" w:sz="8" w:space="1" w:color="D9C3B5"/>
        </w:pBdr>
      </w:pPr>
      <w:r>
        <w:rPr>
          <w:b/>
          <w:i w:val="0"/>
          <w:color w:val="8B2232"/>
          <w:sz w:val="22"/>
        </w:rPr>
        <w:t>ADDITIONAL (OPTIONAL)</w:t>
      </w:r>
    </w:p>
    <w:p>
      <w:r>
        <w:rPr>
          <w:b w:val="0"/>
          <w:i w:val="0"/>
        </w:rPr>
        <w:t>Volunteer leadership, awards, languages, or professional associations that support the job.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8B2232"/>
          <w:sz w:val="32"/>
        </w:rPr>
        <w:t>How to Use This Template</w:t>
      </w:r>
    </w:p>
    <w:p>
      <w:pPr>
        <w:pStyle w:val="ListBullet"/>
        <w:spacing w:after="40"/>
      </w:pPr>
      <w:r>
        <w:t>Delete this page before you send your resume.</w:t>
      </w:r>
    </w:p>
    <w:p>
      <w:pPr>
        <w:pStyle w:val="ListBullet"/>
        <w:spacing w:after="40"/>
      </w:pPr>
      <w:r>
        <w:t>Pull up 3 job descriptions for roles you want and highlight the skills they repeat. Those are your keywords.</w:t>
      </w:r>
    </w:p>
    <w:p>
      <w:pPr>
        <w:pStyle w:val="ListBullet"/>
        <w:spacing w:after="40"/>
      </w:pPr>
      <w:r>
        <w:t>Use the exact job title you want in the title line, then 3 keywords in the tagline.</w:t>
      </w:r>
    </w:p>
    <w:p>
      <w:pPr>
        <w:pStyle w:val="ListBullet"/>
        <w:spacing w:after="40"/>
      </w:pPr>
      <w:r>
        <w:t>Fill in the summary template, then read it out loud. It should sound like you on your best day.</w:t>
      </w:r>
    </w:p>
    <w:p>
      <w:pPr>
        <w:pStyle w:val="ListBullet"/>
        <w:spacing w:after="40"/>
      </w:pPr>
      <w:r>
        <w:t>Write 3 to 6 bullets per job. Lead with a strong verb and add a number whenever you can.</w:t>
      </w:r>
    </w:p>
    <w:p>
      <w:pPr>
        <w:pStyle w:val="ListBullet"/>
        <w:spacing w:after="40"/>
      </w:pPr>
      <w:r>
        <w:t>Keep it to 1 page early in your career and 2 pages after about 10 years of experience.</w:t>
      </w:r>
    </w:p>
    <w:p>
      <w:pPr>
        <w:pStyle w:val="ListBullet"/>
        <w:spacing w:after="40"/>
      </w:pPr>
      <w:r>
        <w:t>Save as PDF or .docx, whichever the application asks for. This single-column layout is ATS friendly.</w:t>
      </w:r>
    </w:p>
    <w:p>
      <w:pPr>
        <w:pStyle w:val="ListBullet"/>
        <w:spacing w:after="40"/>
      </w:pPr>
      <w:r>
        <w:t>Tailor your title, summary, skills, and bullet order for every application.</w:t>
      </w:r>
    </w:p>
    <w:p>
      <w:pPr>
        <w:spacing w:after="120"/>
      </w:pPr>
      <w:r>
        <w:rPr>
          <w:b w:val="0"/>
          <w:i w:val="0"/>
        </w:rPr>
      </w:r>
    </w:p>
    <w:p>
      <w:r>
        <w:rPr>
          <w:b w:val="0"/>
          <w:i w:val="0"/>
          <w:color w:val="5C5052"/>
        </w:rPr>
        <w:t>Want expert eyes on it? Get a free 5-point resume review at kyladuffy.com/free-resume-review. Upload your resume and within 2 business days, Kyla will send you the five things she would change first. No call, no pitch.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C5052"/>
        <w:sz w:val="16"/>
      </w:rPr>
      <w:t>Free resume template by Kyla Duffy, Resume Writer and Career Coach  |  kyladuffy.com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ATS-Friendly Resume Template</dc:title>
  <dc:subject/>
  <dc:creator>Kyla Duffy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